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או מזומן?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היתרונות של תשלום במזומן ובכרטיס אשראי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צריך להיזהר עם כל אחד מאמצעי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צרכניות נבונות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אפשר לחסום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אפשר לדעת בדיוק כמה כסף נשאר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 לעקוב אחרי ההוצאות בדף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להיזהר ולא להשאיר אותם בלי השגחה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כשרוצים לדעת בדיוק כמה כסף הוצאנו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צריך לשמור עליהם מגניבה ואובדן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הדרכים להגן על הכסף בכרטיס שאבד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מזומן שאבד לא ניתן לשחזר, בניגוד לכרטיס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רואים את הכסף הפיזי בארנק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בכרטיס צריך להיזהר מגניבה ומחשיפת הקוד הסודי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שני אמצעי התשלום דורשים זהירות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כל משפט לקטגוריה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(יתרון לכרטיס)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(יתרון למזומן)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(זהירות בשניהם)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(יתרון לכרטיס)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(יתרון למזומן)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(זהירות בשניהם)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להיגנב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יציין לפחות מצב אחד לכל אמצעי תשלום וינמק בהתאם ליתרונות שנלמדו (שליטה בהוצאות מול חסימה ונוחות)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שליטה בהוצאות / רואים כמה כסף 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אפשר לחסום אם אבד / נוח לנשיאה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לא לחשוף קוד סודי, לשמור מגניבה ואובדן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- מי בכיתה כבר שילם פעם בכרטיס או במזומן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אחת נכונה - לכל אמצעי יתרונות וחסרונות לפי המצב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ולדון יחד לפני סימון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או מזומן?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אמצעי תשלום - מזומן או כרטיס אשראי - יש יתרונות משלו, וגם דברים שצריך להיזהר בהם. בדף הזה נלמד להכיר את ההבדלים ולדעת מתי עדיף להשתמש בכל אחד מהם.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אם כרטיס אשראי אבד?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 אפשר לעשות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לחסום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חייבים לקנות כרטיס חדש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מאבדים את כל הכסף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יתרון של מזומן לעומת 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לדעת בדיוק כמה כסף נשאר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אפשר לאבד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יש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לחסום אותו אם אבד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יתרון של 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יש הנחה בקניה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 לעקוב אחרי ההוצאות בדף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לגנוב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בקוד 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כדאי לעשות כדי לשמור על הכסף או הכרטיס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לכולם את הקוד הסודי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להיזהר ולא להשאיר אותם בלי השגחה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להשאיר אותם פתוחים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משנה, לא חשוב להיזהר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מצב עדיף להשתמש במזומן?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כשרוצים לדעת בדיוק כמה כסף הוצאנו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כשקונים דרך 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כשטסים לחו״ל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כשאין כסף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משותף לזהירות הנדרשת גם בכרטיס וגם במזומן?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צורך להיזהר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לשמור עליהם מגניבה ואובדן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להשאיר אותם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מבוגרים צריכים להיזהר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כשכרטיס אשראי אבד אפשר לחסום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מזומן שאבד אפשר לחסום בטלפון.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מזומן קל יותר לראות כמה כסף נשאר 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אשראי לא דורש שום זהירות.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כרטיס וגם מזומן יכולים ללכת לאיבוד.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כל משפט לקטגוריה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אפשר לחסום אם אבד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יתרון לכרטיס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רואים בדיוק כמה כסף 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זהירות בשניהם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כדאי לחשוף את הקוד הסודי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יתרון למזומן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נוח לנשיאה בלי לשאת הרבה כסף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יתרון לכרטיס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אין עמלות או חיובים נוספים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זהירות בשניהם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צריך לשמור שלא יגנבו אותו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יתרון למזומן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הכרטיס שלנו __________, אפשר להתקשר ולחסום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עם __________ קל לדעת בדיוק כמה כסף יש לנו בארנק.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חשוב לא לספר לאף אחד את ה__________ הסודי של הכרטיס.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גם כרטיס וגם מזומן יכולים __________ אם לא נזהרים.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באיזה מצב הייתם בוחרים לשלם במזומן ובאיזה מצב בכרטיס? נמקו את הבחירה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אחד היתרונות של תשלום במזומן?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אחד היתרונות של תשלום בכרטיס אשראי?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כדי לשמור על הכסף או הכרטיס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 או מזומן?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