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של תשלום במזומן ובכרטיס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להיזהר עם כל אחד מאמצעי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נבונות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לחסום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אפשר לדעת בדיוק כמה כסף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 לעקוב אחרי ההוצאות בדף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להיזהר ולא להשאיר אותם בלי השגחה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כשרוצים לדעת בדיוק כמה כסף הוצאנו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צריך לשמור עליהם מגניבה ואובדן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הדרכים להגן על הכסף בכרטיס שאבד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מזומן שאבד לא ניתן לשחזר, בניגוד לכרטיס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רואים את הכסף הפיזי בארנק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בכרטיס צריך להיזהר מגניבה ומחשיפת הקוד הסודי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אמצעי התשלום דורשים זהירות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(יתרון לכרטיס)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(יתרון למזומן)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(זהירות בשניהם)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(יתרון לכרטיס)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(יתרון למזומן)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(זהירות בשניהם)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להיגנב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לפחות מצב אחד לכל אמצעי תשלום וינמק בהתאם ליתרונות שנלמדו (שליטה בהוצאות מול חסימה ונוחות)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שליטה בהוצאות / רואים כמה כסף 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אפשר לחסום אם אבד / נוח לנשיאה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לא לחשוף קוד סודי, לשמור מגניבה ואובדן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- מי בכיתה כבר שילם פעם בכרטיס או במזומן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- לכל אמצעי יתרונות וחסרונות לפי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לפני סימון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שני דרכים לשלם: עם כסף (מזומן) או עם כרטיס. לכל דרך יש יתרון, וגם משהו שצריך להיזהר ממנו. נלמד על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אשראי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פלסטיק ששמים בו כסף מהבנק ומשלמים בו בלי מזומן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אמיתי - שטרות ומטבעות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לחסום כרטיס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את השימוש בכרטיס אם הוא אבד או נגנב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סודי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אישי שצריך להקליד כדי להשתמש בכרטיס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נוסף שגובים לפעמים על שימוש בכסף או בכרטיס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צרכנות נבונה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החלטות חכמות כשקונים או משלמים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ארנק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הכיס או התיק שבו שומרים כסף וכרטיסים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כשכרטיס אשראי אבד?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 אפשר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לחסום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חייבים לקנות כרטיס חדש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מאבדים את כל הכסף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להשתמש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אפשר לדעת בדיוק כמה כסף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תמיד יש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אפשר לחסום אותו אם אבד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טוב להשתמש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יש הנחה בקניה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 לעקוב אחרי ההוצאות בדף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לגנוב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בקוד 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שומרים על הכסף והכרטיס?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לכולם את הקוד הסודי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להיזהר ולא להשאיר אותם בלי השגחה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להשאיר אותם פתוחים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משנה, לא חשוב להיזהר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כדאי לשלם עם 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כשרוצים לדעת בדיוק כמה כסף הוצאנו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כשקונים דרך האינטרנט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כשטסים לחו״ל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כשאין כסף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במה צריך להיזהר גם בכרטיס וגם במזומן?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להיזהר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לשמור עליהם מגניבה ואובדן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להשאיר אותם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צריכים להיזהר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כשכרטיס אשראי אבד אפשר לחסום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מזומן שאבד אפשר לחסום בטלפון.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מזומן קל יותר לראות כמה כסף נשאר 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אשראי לא דורש שום זהירות.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כרטיס וגם מזומן יכולים ללכת לאיבוד.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כל 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אפשר לחסום אם אבד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זהירות בשניהם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רואים בדיוק כמה כסף 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יתרון לכרטיס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כדאי לחשוף את הקוד הסודי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זהירות בשניהם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נוח לנשיאה בלי לשאת הרבה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יתרון למזומן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אין עמלות או חיובים נוספים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יתרון למזומן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צריך לשמור שלא יגנבו אותו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יתרון לכרטיס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הכרטיס שלנו __________, אפשר להתקשר ולחסום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עם __________ קל לדעת בדיוק כמה כסף יש לנו בארנק.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לא לספר לאף אחד את ה__________ הסודי של הכרטיס.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כרטיס וגם מזומן יכולים __________ אם לא נזהרים.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באיזה מצב הייתם בוחרים לשלם במזומן ובאיזה מצב בכרטיס? נמקו את הבחירה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אחד היתרונות של תשלום במזומן?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אחד היתרונות של תשלום בכרטיס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כדי לשמור על הכסף או הכרטיס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או מזומן?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