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 או מזומן?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היתרונות של תשלום במזומן ובכרטיס אשראי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מצבים שבהם צריך להיזהר עם כל אחד מאמצעי התשלום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החלטות צרכניות נבונות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אפשר לחסום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אפשר לדעת בדיוק כמה כסף נשאר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להיזהר ולא להשאיר אותם בלי השגחה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אחת הדרכים להגן על הכסף בכרטיס שאבד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רואים את הכסף הפיזי בארנק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כל משפט לקטגוריה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(יתרון לכרטיס)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(יתרון למזומן)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(יתרון לכרטיס)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מזומן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ציפייה: שליטה בהוצאות / רואים כמה כסף 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ציפייה: אפשר לחסום אם אבד / נוח לנשיאה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ציפייה: לא לחשוף קוד סודי, לשמור מגניבה ואובדן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- מי בכיתה כבר שילם פעם בכרטיס או במזומן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שאין תשובה אחת נכונה - לכל אמצעי יתרונות וחסרונות לפי המצב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לעבוד בזוגות ולדון יחד לפני סימון התשובה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 או מזומן?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לכל אמצעי תשלום - מזומן או כרטיס אשראי - יש יתרונות משלו, וגם דברים שצריך להיזהר בהם. בדף הזה נלמד להכיר את ההבדלים ולדעת מתי עדיף להשתמש בכל אחד מהם.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מזומן  ·  אבד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קורה אם כרטיס אשראי אבד?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 אפשר לעשות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אפשר לחסום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חייבים לקנות כרטיס חדש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יתרון של מזומן לעומת כרטיס?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אפשר לדעת בדיוק כמה כסף נשאר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 אפשר לאבד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תמיד יש הנחה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כדאי לעשות כדי לשמור על הכסף או הכרטיס שלנו?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לספר לכולם את הקוד הסודי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להיזהר ולא להשאיר אותם בלי השגחה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להשאיר אותם פתוחים על השולחן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כשכרטיס אשראי אבד אפשר לחסום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עם מזומן קל יותר לראות כמה כסף נשאר לנו.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כל משפט לקטגוריה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אפשר לחסום אם אבד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יתרון לכרטיס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רואים בדיוק כמה כסף 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יתרון לכרטיס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נוח לנשיאה בלי לשאת הרבה כסף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יתרון למזומן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אם הכרטיס שלנו __________, אפשר להתקשר ולחסום אותו.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עם __________ קל לדעת בדיוק כמה כסף יש לנו בארנק.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אחד היתרונות של תשלום במזומן?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אחד היתרונות של תשלום בכרטיס אשראי?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 או מזומן?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